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96793A" w14:textId="28E571D6" w:rsidR="00A91264" w:rsidRDefault="005E5051" w:rsidP="004047F6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2AA8F0D" wp14:editId="72B87AC7">
            <wp:simplePos x="1143000" y="361950"/>
            <wp:positionH relativeFrom="column">
              <wp:align>left</wp:align>
            </wp:positionH>
            <wp:positionV relativeFrom="paragraph">
              <wp:align>top</wp:align>
            </wp:positionV>
            <wp:extent cx="2723874" cy="760730"/>
            <wp:effectExtent l="0" t="0" r="635" b="1270"/>
            <wp:wrapSquare wrapText="bothSides"/>
            <wp:docPr id="1011447615" name="Imagen 2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447615" name="Imagen 2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874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EFD717" w14:textId="77777777" w:rsidR="000B1EE7" w:rsidRDefault="000B1EE7" w:rsidP="004047F6">
      <w:pPr>
        <w:jc w:val="both"/>
        <w:rPr>
          <w:sz w:val="28"/>
          <w:szCs w:val="28"/>
        </w:rPr>
      </w:pPr>
    </w:p>
    <w:p w14:paraId="64B51D6B" w14:textId="77777777" w:rsidR="00EA744C" w:rsidRDefault="00EA744C" w:rsidP="00EA744C">
      <w:pPr>
        <w:jc w:val="right"/>
        <w:rPr>
          <w:sz w:val="28"/>
          <w:szCs w:val="28"/>
        </w:rPr>
      </w:pPr>
    </w:p>
    <w:p w14:paraId="15E30225" w14:textId="7F6624BF" w:rsidR="00B61C6A" w:rsidRDefault="00182BAD" w:rsidP="00182BAD">
      <w:pPr>
        <w:jc w:val="center"/>
        <w:rPr>
          <w:b/>
          <w:bCs/>
          <w:sz w:val="28"/>
          <w:szCs w:val="28"/>
          <w:u w:val="single"/>
        </w:rPr>
      </w:pPr>
      <w:r w:rsidRPr="00BD2DBE">
        <w:rPr>
          <w:b/>
          <w:bCs/>
          <w:sz w:val="28"/>
          <w:szCs w:val="28"/>
          <w:u w:val="single"/>
        </w:rPr>
        <w:t>Inscripción Jornada 16 de Septiembre de 2025</w:t>
      </w:r>
      <w:r w:rsidR="00BD2DBE">
        <w:rPr>
          <w:b/>
          <w:bCs/>
          <w:sz w:val="28"/>
          <w:szCs w:val="28"/>
          <w:u w:val="single"/>
        </w:rPr>
        <w:t>:</w:t>
      </w:r>
    </w:p>
    <w:p w14:paraId="73631102" w14:textId="77777777" w:rsidR="00BD2DBE" w:rsidRDefault="00BD2DBE" w:rsidP="00182BAD">
      <w:pPr>
        <w:jc w:val="center"/>
        <w:rPr>
          <w:b/>
          <w:bCs/>
          <w:sz w:val="28"/>
          <w:szCs w:val="28"/>
          <w:u w:val="single"/>
        </w:rPr>
      </w:pPr>
    </w:p>
    <w:p w14:paraId="180B3FB7" w14:textId="77777777" w:rsidR="00EB787A" w:rsidRDefault="00EB787A" w:rsidP="00182BAD">
      <w:pPr>
        <w:jc w:val="center"/>
        <w:rPr>
          <w:b/>
          <w:bCs/>
          <w:sz w:val="28"/>
          <w:szCs w:val="28"/>
          <w:u w:val="single"/>
        </w:rPr>
      </w:pPr>
    </w:p>
    <w:p w14:paraId="507ED16B" w14:textId="28B9BB61" w:rsidR="00EB787A" w:rsidRPr="00EB787A" w:rsidRDefault="00EB787A" w:rsidP="00182988">
      <w:pPr>
        <w:rPr>
          <w:b/>
          <w:bCs/>
          <w:sz w:val="28"/>
          <w:szCs w:val="28"/>
        </w:rPr>
      </w:pPr>
      <w:proofErr w:type="spellStart"/>
      <w:r w:rsidRPr="00EB787A">
        <w:rPr>
          <w:b/>
          <w:bCs/>
          <w:sz w:val="28"/>
          <w:szCs w:val="28"/>
        </w:rPr>
        <w:t>Nº</w:t>
      </w:r>
      <w:proofErr w:type="spellEnd"/>
      <w:r w:rsidRPr="00EB787A">
        <w:rPr>
          <w:b/>
          <w:bCs/>
          <w:sz w:val="28"/>
          <w:szCs w:val="28"/>
        </w:rPr>
        <w:t xml:space="preserve"> de asistentes:</w:t>
      </w:r>
    </w:p>
    <w:p w14:paraId="54858711" w14:textId="16D3A572" w:rsidR="00BD2DBE" w:rsidRPr="00EB787A" w:rsidRDefault="00EB787A" w:rsidP="00182988">
      <w:pPr>
        <w:rPr>
          <w:b/>
          <w:bCs/>
          <w:sz w:val="28"/>
          <w:szCs w:val="28"/>
        </w:rPr>
      </w:pPr>
      <w:r w:rsidRPr="00EB787A">
        <w:rPr>
          <w:b/>
          <w:bCs/>
          <w:sz w:val="28"/>
          <w:szCs w:val="28"/>
        </w:rPr>
        <w:t>Nombre y Apellidos:</w:t>
      </w:r>
    </w:p>
    <w:p w14:paraId="1E4AAC79" w14:textId="77777777" w:rsidR="00EB787A" w:rsidRPr="00EB787A" w:rsidRDefault="00EB787A" w:rsidP="00182988">
      <w:pPr>
        <w:rPr>
          <w:b/>
          <w:bCs/>
          <w:sz w:val="28"/>
          <w:szCs w:val="28"/>
        </w:rPr>
      </w:pPr>
    </w:p>
    <w:p w14:paraId="3972D88F" w14:textId="77777777" w:rsidR="00EB787A" w:rsidRPr="00EB787A" w:rsidRDefault="00EB787A" w:rsidP="00182988">
      <w:pPr>
        <w:rPr>
          <w:b/>
          <w:bCs/>
          <w:sz w:val="28"/>
          <w:szCs w:val="28"/>
        </w:rPr>
      </w:pPr>
    </w:p>
    <w:p w14:paraId="164BA268" w14:textId="77777777" w:rsidR="00EB787A" w:rsidRPr="00EB787A" w:rsidRDefault="00EB787A" w:rsidP="00182988">
      <w:pPr>
        <w:rPr>
          <w:b/>
          <w:bCs/>
          <w:sz w:val="28"/>
          <w:szCs w:val="28"/>
        </w:rPr>
      </w:pPr>
    </w:p>
    <w:p w14:paraId="680C47EA" w14:textId="4A96D6B6" w:rsidR="00EB787A" w:rsidRDefault="00EB787A" w:rsidP="00182988">
      <w:pPr>
        <w:rPr>
          <w:b/>
          <w:bCs/>
          <w:sz w:val="28"/>
          <w:szCs w:val="28"/>
        </w:rPr>
      </w:pPr>
      <w:r w:rsidRPr="00EB787A">
        <w:rPr>
          <w:b/>
          <w:bCs/>
          <w:sz w:val="28"/>
          <w:szCs w:val="28"/>
        </w:rPr>
        <w:t>Cooperativa</w:t>
      </w:r>
      <w:r>
        <w:rPr>
          <w:b/>
          <w:bCs/>
          <w:sz w:val="28"/>
          <w:szCs w:val="28"/>
        </w:rPr>
        <w:t xml:space="preserve">: </w:t>
      </w:r>
    </w:p>
    <w:p w14:paraId="42D49B26" w14:textId="77777777" w:rsidR="00397958" w:rsidRDefault="00397958" w:rsidP="00182988">
      <w:pPr>
        <w:rPr>
          <w:b/>
          <w:bCs/>
          <w:sz w:val="28"/>
          <w:szCs w:val="28"/>
        </w:rPr>
      </w:pPr>
    </w:p>
    <w:p w14:paraId="47C3A7E3" w14:textId="77777777" w:rsidR="00397958" w:rsidRDefault="00397958" w:rsidP="00182988">
      <w:pPr>
        <w:rPr>
          <w:b/>
          <w:bCs/>
          <w:sz w:val="28"/>
          <w:szCs w:val="28"/>
        </w:rPr>
      </w:pPr>
    </w:p>
    <w:p w14:paraId="69398D82" w14:textId="77777777" w:rsidR="00275D11" w:rsidRDefault="00397958" w:rsidP="0018298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Reenviar a : </w:t>
      </w:r>
    </w:p>
    <w:p w14:paraId="53ABCAA1" w14:textId="1A9535B1" w:rsidR="00397958" w:rsidRDefault="00275D11" w:rsidP="00275D11">
      <w:pPr>
        <w:jc w:val="center"/>
        <w:rPr>
          <w:b/>
          <w:bCs/>
          <w:sz w:val="28"/>
          <w:szCs w:val="28"/>
        </w:rPr>
      </w:pPr>
      <w:hyperlink r:id="rId7" w:history="1">
        <w:r w:rsidRPr="00706337">
          <w:rPr>
            <w:rStyle w:val="Hipervnculo"/>
            <w:b/>
            <w:bCs/>
            <w:sz w:val="28"/>
            <w:szCs w:val="28"/>
          </w:rPr>
          <w:t>cordoba@agroalimentarias-andalucia.coop</w:t>
        </w:r>
      </w:hyperlink>
    </w:p>
    <w:p w14:paraId="45E334E5" w14:textId="77777777" w:rsidR="00275D11" w:rsidRPr="00EB787A" w:rsidRDefault="00275D11" w:rsidP="00182988">
      <w:pPr>
        <w:rPr>
          <w:b/>
          <w:bCs/>
          <w:sz w:val="28"/>
          <w:szCs w:val="28"/>
        </w:rPr>
      </w:pPr>
    </w:p>
    <w:sectPr w:rsidR="00275D11" w:rsidRPr="00EB787A" w:rsidSect="0095460D">
      <w:pgSz w:w="12240" w:h="15840"/>
      <w:pgMar w:top="567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AAD2EBA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2B91E4D"/>
    <w:multiLevelType w:val="hybridMultilevel"/>
    <w:tmpl w:val="64208A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152054"/>
    <w:multiLevelType w:val="hybridMultilevel"/>
    <w:tmpl w:val="B7E69A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416566">
    <w:abstractNumId w:val="8"/>
  </w:num>
  <w:num w:numId="2" w16cid:durableId="1952467462">
    <w:abstractNumId w:val="6"/>
  </w:num>
  <w:num w:numId="3" w16cid:durableId="219097191">
    <w:abstractNumId w:val="5"/>
  </w:num>
  <w:num w:numId="4" w16cid:durableId="786310774">
    <w:abstractNumId w:val="4"/>
  </w:num>
  <w:num w:numId="5" w16cid:durableId="944725935">
    <w:abstractNumId w:val="7"/>
  </w:num>
  <w:num w:numId="6" w16cid:durableId="1594506186">
    <w:abstractNumId w:val="3"/>
  </w:num>
  <w:num w:numId="7" w16cid:durableId="274750564">
    <w:abstractNumId w:val="2"/>
  </w:num>
  <w:num w:numId="8" w16cid:durableId="1935165958">
    <w:abstractNumId w:val="1"/>
  </w:num>
  <w:num w:numId="9" w16cid:durableId="1993630422">
    <w:abstractNumId w:val="0"/>
  </w:num>
  <w:num w:numId="10" w16cid:durableId="1793864226">
    <w:abstractNumId w:val="10"/>
  </w:num>
  <w:num w:numId="11" w16cid:durableId="5910167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18A3"/>
    <w:rsid w:val="00034616"/>
    <w:rsid w:val="0006063C"/>
    <w:rsid w:val="000B1EE7"/>
    <w:rsid w:val="000C0C2B"/>
    <w:rsid w:val="001043F9"/>
    <w:rsid w:val="00111B8B"/>
    <w:rsid w:val="0015074B"/>
    <w:rsid w:val="00175399"/>
    <w:rsid w:val="00177658"/>
    <w:rsid w:val="001806E1"/>
    <w:rsid w:val="00182988"/>
    <w:rsid w:val="00182BAD"/>
    <w:rsid w:val="001A421E"/>
    <w:rsid w:val="001D1CB0"/>
    <w:rsid w:val="001E5DDE"/>
    <w:rsid w:val="001F6AB5"/>
    <w:rsid w:val="00275D11"/>
    <w:rsid w:val="0029639D"/>
    <w:rsid w:val="002A5AA6"/>
    <w:rsid w:val="002C7FF3"/>
    <w:rsid w:val="00305CC1"/>
    <w:rsid w:val="00326F90"/>
    <w:rsid w:val="003423D0"/>
    <w:rsid w:val="00347325"/>
    <w:rsid w:val="003806FE"/>
    <w:rsid w:val="00397958"/>
    <w:rsid w:val="003D4F6A"/>
    <w:rsid w:val="004047F6"/>
    <w:rsid w:val="00432749"/>
    <w:rsid w:val="004B641A"/>
    <w:rsid w:val="004B7E02"/>
    <w:rsid w:val="00523542"/>
    <w:rsid w:val="00560CBF"/>
    <w:rsid w:val="0056166A"/>
    <w:rsid w:val="00585997"/>
    <w:rsid w:val="00587842"/>
    <w:rsid w:val="00590C23"/>
    <w:rsid w:val="005E5051"/>
    <w:rsid w:val="005E6CBF"/>
    <w:rsid w:val="005F3755"/>
    <w:rsid w:val="00630EBA"/>
    <w:rsid w:val="00664279"/>
    <w:rsid w:val="00680C26"/>
    <w:rsid w:val="006912EF"/>
    <w:rsid w:val="00707913"/>
    <w:rsid w:val="00771422"/>
    <w:rsid w:val="007716CD"/>
    <w:rsid w:val="007734E0"/>
    <w:rsid w:val="007D01DB"/>
    <w:rsid w:val="0083042B"/>
    <w:rsid w:val="00882FE4"/>
    <w:rsid w:val="008A15C2"/>
    <w:rsid w:val="008B7EE6"/>
    <w:rsid w:val="008D3A7B"/>
    <w:rsid w:val="00910C34"/>
    <w:rsid w:val="00941A0E"/>
    <w:rsid w:val="0095460D"/>
    <w:rsid w:val="00960F28"/>
    <w:rsid w:val="00963544"/>
    <w:rsid w:val="009D556E"/>
    <w:rsid w:val="00A7276D"/>
    <w:rsid w:val="00A91264"/>
    <w:rsid w:val="00AA1D8D"/>
    <w:rsid w:val="00AD1B70"/>
    <w:rsid w:val="00B152EE"/>
    <w:rsid w:val="00B40899"/>
    <w:rsid w:val="00B47730"/>
    <w:rsid w:val="00B61C6A"/>
    <w:rsid w:val="00B72958"/>
    <w:rsid w:val="00BC0B81"/>
    <w:rsid w:val="00BD2DBE"/>
    <w:rsid w:val="00BE1E54"/>
    <w:rsid w:val="00BF4790"/>
    <w:rsid w:val="00BF7452"/>
    <w:rsid w:val="00C46266"/>
    <w:rsid w:val="00C8641E"/>
    <w:rsid w:val="00CB0664"/>
    <w:rsid w:val="00CD2ABF"/>
    <w:rsid w:val="00D65CD4"/>
    <w:rsid w:val="00D75510"/>
    <w:rsid w:val="00E079A9"/>
    <w:rsid w:val="00E454E7"/>
    <w:rsid w:val="00EA744C"/>
    <w:rsid w:val="00EB787A"/>
    <w:rsid w:val="00ED5AC3"/>
    <w:rsid w:val="00F9244F"/>
    <w:rsid w:val="00FC693F"/>
    <w:rsid w:val="00FE5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E56D321"/>
  <w14:defaultImageDpi w14:val="330"/>
  <w15:docId w15:val="{77F85BE4-D061-4B1C-90ED-C50BD250D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ipervnculo">
    <w:name w:val="Hyperlink"/>
    <w:basedOn w:val="Fuentedeprrafopredeter"/>
    <w:uiPriority w:val="99"/>
    <w:unhideWhenUsed/>
    <w:rsid w:val="00275D11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75D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cordoba@agroalimentarias-andalucia.coop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Loles Criado</cp:lastModifiedBy>
  <cp:revision>5</cp:revision>
  <dcterms:created xsi:type="dcterms:W3CDTF">2025-07-25T10:58:00Z</dcterms:created>
  <dcterms:modified xsi:type="dcterms:W3CDTF">2025-07-30T12:23:00Z</dcterms:modified>
  <cp:category/>
</cp:coreProperties>
</file>